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3495A" w14:textId="51F4339E" w:rsidR="00006A05" w:rsidRDefault="00006A05" w:rsidP="00006A05">
      <w:pPr>
        <w:spacing w:after="0" w:line="240" w:lineRule="auto"/>
        <w:rPr>
          <w:rFonts w:ascii="SutonnyOMJ" w:hAnsi="SutonnyOMJ" w:cs="SutonnyOMJ"/>
          <w:lang w:bidi="bn-IN"/>
        </w:rPr>
      </w:pPr>
      <w:r w:rsidRPr="006C1BD0">
        <w:rPr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37916A8E" wp14:editId="06E51192">
            <wp:simplePos x="0" y="0"/>
            <wp:positionH relativeFrom="margin">
              <wp:posOffset>5432079</wp:posOffset>
            </wp:positionH>
            <wp:positionV relativeFrom="topMargin">
              <wp:posOffset>230682</wp:posOffset>
            </wp:positionV>
            <wp:extent cx="1056640" cy="534035"/>
            <wp:effectExtent l="0" t="0" r="0" b="0"/>
            <wp:wrapSquare wrapText="bothSides"/>
            <wp:docPr id="37" name="Picture 36" descr="A red and blue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C40C029-A3EB-B37C-E88B-9AC5ACD78F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6" descr="A red and blue logo&#10;&#10;Description automatically generated">
                      <a:extLst>
                        <a:ext uri="{FF2B5EF4-FFF2-40B4-BE49-F238E27FC236}">
                          <a16:creationId xmlns:a16="http://schemas.microsoft.com/office/drawing/2014/main" id="{2C40C029-A3EB-B37C-E88B-9AC5ACD78F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056640" cy="534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6A05">
        <w:rPr>
          <w:rFonts w:ascii="SutonnyOMJ" w:hAnsi="SutonnyOMJ" w:cs="SutonnyOMJ"/>
          <w:cs/>
          <w:lang w:bidi="bn-IN"/>
        </w:rPr>
        <w:t>প্রেস বিজ্ঞপ্তি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১৩ অক্টোবর ২০২৫</w:t>
      </w:r>
    </w:p>
    <w:p w14:paraId="357AD74B" w14:textId="77777777" w:rsidR="005653DF" w:rsidRPr="00006A05" w:rsidRDefault="005653DF" w:rsidP="00006A05">
      <w:pPr>
        <w:spacing w:after="0" w:line="240" w:lineRule="auto"/>
        <w:rPr>
          <w:rFonts w:ascii="SutonnyOMJ" w:hAnsi="SutonnyOMJ" w:cs="SutonnyOMJ"/>
          <w:sz w:val="16"/>
          <w:szCs w:val="16"/>
        </w:rPr>
      </w:pPr>
    </w:p>
    <w:p w14:paraId="7271A73B" w14:textId="4C5790F6" w:rsidR="00006A05" w:rsidRPr="00006A05" w:rsidRDefault="00006A05" w:rsidP="00006A05">
      <w:pPr>
        <w:spacing w:after="0" w:line="240" w:lineRule="auto"/>
        <w:rPr>
          <w:rFonts w:ascii="SutonnyOMJ" w:hAnsi="SutonnyOMJ" w:cs="SutonnyOMJ"/>
        </w:rPr>
      </w:pPr>
      <w:r w:rsidRPr="00006A05">
        <w:rPr>
          <w:rFonts w:ascii="SutonnyOMJ" w:hAnsi="SutonnyOMJ" w:cs="SutonnyOMJ"/>
          <w:cs/>
          <w:lang w:bidi="bn-IN"/>
        </w:rPr>
        <w:t>মৎস্য আহরণে নিষেধাজ্ঞা চলাকালে সময়মতো ও ন্যায্য সহায়তার দাবি নাগরিক সমাজের</w:t>
      </w:r>
      <w:r w:rsidRPr="00006A05">
        <w:rPr>
          <w:rFonts w:ascii="SutonnyOMJ" w:hAnsi="SutonnyOMJ" w:cs="SutonnyOMJ"/>
        </w:rPr>
        <w:br/>
      </w:r>
      <w:r w:rsidR="00740900" w:rsidRPr="00006A05">
        <w:rPr>
          <w:rFonts w:ascii="SutonnyOMJ" w:hAnsi="SutonnyOMJ" w:cs="SutonnyOMJ"/>
          <w:b/>
          <w:bCs/>
          <w:sz w:val="32"/>
          <w:szCs w:val="32"/>
          <w:cs/>
          <w:lang w:bidi="bn-IN"/>
        </w:rPr>
        <w:t>শুধু নিষেধাজ্ঞা নয়</w:t>
      </w:r>
      <w:r w:rsidR="00740900" w:rsidRPr="00006A05">
        <w:rPr>
          <w:rFonts w:ascii="SutonnyOMJ" w:hAnsi="SutonnyOMJ" w:cs="SutonnyOMJ"/>
          <w:b/>
          <w:bCs/>
          <w:sz w:val="32"/>
          <w:szCs w:val="32"/>
        </w:rPr>
        <w:t xml:space="preserve">,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</w:rPr>
        <w:t>নিরাপদ</w:t>
      </w:r>
      <w:proofErr w:type="spellEnd"/>
      <w:r w:rsidR="00740900" w:rsidRPr="00740900">
        <w:rPr>
          <w:rFonts w:ascii="SutonnyOMJ" w:hAnsi="SutonnyOMJ" w:cs="SutonnyOMJ"/>
          <w:b/>
          <w:bCs/>
          <w:sz w:val="32"/>
          <w:szCs w:val="32"/>
        </w:rPr>
        <w:t xml:space="preserve">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</w:rPr>
        <w:t>বিকল্প</w:t>
      </w:r>
      <w:proofErr w:type="spellEnd"/>
      <w:r w:rsidR="00740900" w:rsidRPr="00740900">
        <w:rPr>
          <w:rFonts w:ascii="SutonnyOMJ" w:hAnsi="SutonnyOMJ" w:cs="SutonnyOMJ"/>
          <w:b/>
          <w:bCs/>
          <w:sz w:val="32"/>
          <w:szCs w:val="32"/>
        </w:rPr>
        <w:t xml:space="preserve">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</w:rPr>
        <w:t>জীবিকা</w:t>
      </w:r>
      <w:proofErr w:type="spellEnd"/>
      <w:r w:rsidR="00740900" w:rsidRPr="00740900">
        <w:rPr>
          <w:rFonts w:ascii="SutonnyOMJ" w:hAnsi="SutonnyOMJ" w:cs="SutonnyOMJ"/>
          <w:b/>
          <w:bCs/>
          <w:sz w:val="32"/>
          <w:szCs w:val="32"/>
        </w:rPr>
        <w:t xml:space="preserve">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</w:rPr>
        <w:t>চাই</w:t>
      </w:r>
      <w:proofErr w:type="spellEnd"/>
      <w:r w:rsidR="00740900" w:rsidRPr="00006A05">
        <w:rPr>
          <w:rFonts w:ascii="SutonnyOMJ" w:hAnsi="SutonnyOMJ" w:cs="SutonnyOMJ"/>
          <w:b/>
          <w:bCs/>
          <w:sz w:val="32"/>
          <w:szCs w:val="32"/>
          <w:cs/>
          <w:lang w:bidi="bn-IN"/>
        </w:rPr>
        <w:t>:</w:t>
      </w:r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 xml:space="preserve"> </w:t>
      </w:r>
      <w:r w:rsidR="00740900" w:rsidRPr="00006A05">
        <w:rPr>
          <w:rFonts w:ascii="SutonnyOMJ" w:hAnsi="SutonnyOMJ" w:cs="SutonnyOMJ"/>
          <w:b/>
          <w:bCs/>
          <w:sz w:val="32"/>
          <w:szCs w:val="32"/>
          <w:cs/>
          <w:lang w:bidi="bn-IN"/>
        </w:rPr>
        <w:t xml:space="preserve">ক্ষুদ্র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>জেলেদের</w:t>
      </w:r>
      <w:proofErr w:type="spellEnd"/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 xml:space="preserve">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>ন্যায্য</w:t>
      </w:r>
      <w:proofErr w:type="spellEnd"/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 xml:space="preserve">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>সহায়তা</w:t>
      </w:r>
      <w:proofErr w:type="spellEnd"/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 xml:space="preserve"> </w:t>
      </w:r>
      <w:r w:rsidR="00740900" w:rsidRPr="00006A05">
        <w:rPr>
          <w:rFonts w:ascii="SutonnyOMJ" w:hAnsi="SutonnyOMJ" w:cs="SutonnyOMJ"/>
          <w:b/>
          <w:bCs/>
          <w:sz w:val="32"/>
          <w:szCs w:val="32"/>
          <w:cs/>
          <w:lang w:bidi="bn-IN"/>
        </w:rPr>
        <w:t xml:space="preserve">নিশ্চিত </w:t>
      </w:r>
      <w:proofErr w:type="spellStart"/>
      <w:r w:rsidR="00740900" w:rsidRPr="00740900">
        <w:rPr>
          <w:rFonts w:ascii="SutonnyOMJ" w:hAnsi="SutonnyOMJ" w:cs="SutonnyOMJ"/>
          <w:b/>
          <w:bCs/>
          <w:sz w:val="32"/>
          <w:szCs w:val="32"/>
          <w:lang w:bidi="bn-IN"/>
        </w:rPr>
        <w:t>করুন</w:t>
      </w:r>
      <w:proofErr w:type="spellEnd"/>
    </w:p>
    <w:p w14:paraId="4FD8A353" w14:textId="77777777" w:rsidR="00006A05" w:rsidRPr="00006A05" w:rsidRDefault="00006A05" w:rsidP="00006A05">
      <w:pPr>
        <w:spacing w:after="0" w:line="240" w:lineRule="auto"/>
        <w:rPr>
          <w:rFonts w:ascii="SutonnyOMJ" w:hAnsi="SutonnyOMJ" w:cs="SutonnyOMJ"/>
          <w:sz w:val="18"/>
          <w:szCs w:val="18"/>
          <w:lang w:bidi="bn-IN"/>
        </w:rPr>
      </w:pPr>
    </w:p>
    <w:p w14:paraId="0D2982B7" w14:textId="087A9F77" w:rsidR="00006A05" w:rsidRPr="00006A05" w:rsidRDefault="00006A05" w:rsidP="00006A05">
      <w:pPr>
        <w:spacing w:after="0" w:line="240" w:lineRule="auto"/>
        <w:rPr>
          <w:rFonts w:ascii="SutonnyOMJ" w:hAnsi="SutonnyOMJ" w:cs="SutonnyOMJ"/>
        </w:rPr>
      </w:pPr>
      <w:r w:rsidRPr="00006A05">
        <w:rPr>
          <w:rFonts w:ascii="SutonnyOMJ" w:hAnsi="SutonnyOMJ" w:cs="SutonnyOMJ"/>
          <w:cs/>
          <w:lang w:bidi="bn-IN"/>
        </w:rPr>
        <w:t>ঢাকা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১৩ অক্টোবর ২০২৫: “শুধু নিষেধাজ্ঞা নয়</w:t>
      </w:r>
      <w:r w:rsidRPr="00006A05">
        <w:rPr>
          <w:rFonts w:ascii="SutonnyOMJ" w:hAnsi="SutonnyOMJ" w:cs="SutonnyOMJ"/>
        </w:rPr>
        <w:t xml:space="preserve">, </w:t>
      </w:r>
      <w:proofErr w:type="spellStart"/>
      <w:r>
        <w:rPr>
          <w:rFonts w:ascii="SutonnyOMJ" w:hAnsi="SutonnyOMJ" w:cs="SutonnyOMJ"/>
        </w:rPr>
        <w:t>নিরাপদ</w:t>
      </w:r>
      <w:proofErr w:type="spellEnd"/>
      <w:r>
        <w:rPr>
          <w:rFonts w:ascii="SutonnyOMJ" w:hAnsi="SutonnyOMJ" w:cs="SutonnyOMJ"/>
        </w:rPr>
        <w:t xml:space="preserve"> </w:t>
      </w:r>
      <w:proofErr w:type="spellStart"/>
      <w:r>
        <w:rPr>
          <w:rFonts w:ascii="SutonnyOMJ" w:hAnsi="SutonnyOMJ" w:cs="SutonnyOMJ"/>
        </w:rPr>
        <w:t>বিকল্প</w:t>
      </w:r>
      <w:proofErr w:type="spellEnd"/>
      <w:r>
        <w:rPr>
          <w:rFonts w:ascii="SutonnyOMJ" w:hAnsi="SutonnyOMJ" w:cs="SutonnyOMJ"/>
        </w:rPr>
        <w:t xml:space="preserve"> </w:t>
      </w:r>
      <w:proofErr w:type="spellStart"/>
      <w:r>
        <w:rPr>
          <w:rFonts w:ascii="SutonnyOMJ" w:hAnsi="SutonnyOMJ" w:cs="SutonnyOMJ"/>
        </w:rPr>
        <w:t>জীবিকা</w:t>
      </w:r>
      <w:proofErr w:type="spellEnd"/>
      <w:r>
        <w:rPr>
          <w:rFonts w:ascii="SutonnyOMJ" w:hAnsi="SutonnyOMJ" w:cs="SutonnyOMJ"/>
        </w:rPr>
        <w:t xml:space="preserve"> </w:t>
      </w:r>
      <w:proofErr w:type="spellStart"/>
      <w:r>
        <w:rPr>
          <w:rFonts w:ascii="SutonnyOMJ" w:hAnsi="SutonnyOMJ" w:cs="SutonnyOMJ"/>
        </w:rPr>
        <w:t>চাই</w:t>
      </w:r>
      <w:proofErr w:type="spellEnd"/>
      <w:r w:rsidRPr="00006A05">
        <w:rPr>
          <w:rFonts w:ascii="SutonnyOMJ" w:hAnsi="SutonnyOMJ" w:cs="SutonnyOMJ"/>
          <w:cs/>
          <w:lang w:bidi="bn-IN"/>
        </w:rPr>
        <w:t>:</w:t>
      </w:r>
      <w:r>
        <w:rPr>
          <w:rFonts w:ascii="SutonnyOMJ" w:hAnsi="SutonnyOMJ" w:cs="SutonnyOMJ"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 xml:space="preserve">ক্ষুদ্র </w:t>
      </w:r>
      <w:proofErr w:type="spellStart"/>
      <w:r>
        <w:rPr>
          <w:rFonts w:ascii="SutonnyOMJ" w:hAnsi="SutonnyOMJ" w:cs="SutonnyOMJ"/>
          <w:lang w:bidi="bn-IN"/>
        </w:rPr>
        <w:t>জেলেদের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ন্যায্য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সহায়তা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 xml:space="preserve">নিশ্চিত </w:t>
      </w:r>
      <w:proofErr w:type="spellStart"/>
      <w:r>
        <w:rPr>
          <w:rFonts w:ascii="SutonnyOMJ" w:hAnsi="SutonnyOMJ" w:cs="SutonnyOMJ"/>
          <w:lang w:bidi="bn-IN"/>
        </w:rPr>
        <w:t>করুন</w:t>
      </w:r>
      <w:proofErr w:type="spellEnd"/>
      <w:r w:rsidRPr="00006A05">
        <w:rPr>
          <w:rFonts w:ascii="SutonnyOMJ" w:hAnsi="SutonnyOMJ" w:cs="SutonnyOMJ"/>
          <w:cs/>
          <w:lang w:bidi="bn-IN"/>
        </w:rPr>
        <w:t>”</w:t>
      </w:r>
      <w:r>
        <w:rPr>
          <w:rFonts w:ascii="Times New Roman" w:hAnsi="Times New Roman" w:cs="Times New Roman"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এই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প্রতিপাদ্যকে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সামনে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রেখে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আজ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ঢাকা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রিপোর্টার্স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ইউনিটিতে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কোস্ট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ফাউন্ডেশন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এক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জাতীয়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সংবাদ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সম্মেলনের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আয়োজন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করে</w:t>
      </w:r>
      <w:r w:rsidRPr="00006A05">
        <w:rPr>
          <w:rFonts w:ascii="SutonnyOMJ" w:hAnsi="SutonnyOMJ" w:cs="SutonnyOMJ"/>
          <w:cs/>
          <w:lang w:bidi="hi-IN"/>
        </w:rPr>
        <w:t>।</w:t>
      </w:r>
    </w:p>
    <w:p w14:paraId="1620721D" w14:textId="77777777" w:rsidR="00006A05" w:rsidRPr="00006A05" w:rsidRDefault="00006A05" w:rsidP="00006A05">
      <w:pPr>
        <w:spacing w:after="0" w:line="240" w:lineRule="auto"/>
        <w:rPr>
          <w:rFonts w:ascii="SutonnyOMJ" w:hAnsi="SutonnyOMJ" w:cs="SutonnyOMJ"/>
          <w:sz w:val="16"/>
          <w:szCs w:val="16"/>
          <w:lang w:bidi="bn-IN"/>
        </w:rPr>
      </w:pPr>
    </w:p>
    <w:p w14:paraId="0C8858C3" w14:textId="59B61CDC" w:rsidR="00006A05" w:rsidRPr="00006A05" w:rsidRDefault="00006A05" w:rsidP="00006A05">
      <w:pPr>
        <w:spacing w:after="0" w:line="240" w:lineRule="auto"/>
        <w:rPr>
          <w:rFonts w:ascii="SutonnyOMJ" w:hAnsi="SutonnyOMJ" w:cs="SutonnyOMJ"/>
        </w:rPr>
      </w:pPr>
      <w:proofErr w:type="spellStart"/>
      <w:r>
        <w:rPr>
          <w:rFonts w:ascii="SutonnyOMJ" w:hAnsi="SutonnyOMJ" w:cs="SutonnyOMJ"/>
          <w:lang w:bidi="bn-IN"/>
        </w:rPr>
        <w:t>এখানে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 xml:space="preserve">বক্তারা তাঁদের বক্তব্যে ইলিশ আহরণের </w:t>
      </w:r>
      <w:proofErr w:type="spellStart"/>
      <w:r>
        <w:rPr>
          <w:rFonts w:ascii="SutonnyOMJ" w:hAnsi="SutonnyOMJ" w:cs="SutonnyOMJ"/>
          <w:lang w:bidi="bn-IN"/>
        </w:rPr>
        <w:t>পরিমাণ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>হ্রাস</w:t>
      </w:r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পাওয়া</w:t>
      </w:r>
      <w:proofErr w:type="spellEnd"/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 xml:space="preserve">সহায়তা বিতরণে </w:t>
      </w:r>
      <w:proofErr w:type="spellStart"/>
      <w:r>
        <w:rPr>
          <w:rFonts w:ascii="SutonnyOMJ" w:hAnsi="SutonnyOMJ" w:cs="SutonnyOMJ"/>
          <w:lang w:bidi="bn-IN"/>
        </w:rPr>
        <w:t>দেরি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হওয়া</w:t>
      </w:r>
      <w:proofErr w:type="spellEnd"/>
      <w:r w:rsidRPr="00006A05">
        <w:rPr>
          <w:rFonts w:ascii="SutonnyOMJ" w:hAnsi="SutonnyOMJ" w:cs="SutonnyOMJ"/>
        </w:rPr>
        <w:t xml:space="preserve">, </w:t>
      </w:r>
      <w:proofErr w:type="spellStart"/>
      <w:r>
        <w:rPr>
          <w:rFonts w:ascii="SutonnyOMJ" w:hAnsi="SutonnyOMJ" w:cs="SutonnyOMJ"/>
          <w:lang w:bidi="bn-IN"/>
        </w:rPr>
        <w:t>বারবার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>প্রাকৃতিক দুর্যোগ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বিকল্প আয়ের অভাব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জীববৈচিত্র্যের অবক্ষয়</w:t>
      </w:r>
      <w:r w:rsidRPr="00006A05">
        <w:rPr>
          <w:rFonts w:ascii="SutonnyOMJ" w:hAnsi="SutonnyOMJ" w:cs="SutonnyOMJ"/>
        </w:rPr>
        <w:t>,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ইকোট্যুরিজমের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নামে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জেলে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পল্লীর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জায়গা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বেদখল</w:t>
      </w:r>
      <w:proofErr w:type="spellEnd"/>
      <w:r>
        <w:rPr>
          <w:rFonts w:ascii="SutonnyOMJ" w:hAnsi="SutonnyOMJ" w:cs="SutonnyOMJ"/>
          <w:lang w:bidi="bn-IN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 xml:space="preserve">এবং অনানুষ্ঠানিক ঋণের ফাঁদে পড়ে </w:t>
      </w:r>
      <w:proofErr w:type="spellStart"/>
      <w:r>
        <w:rPr>
          <w:rFonts w:ascii="SutonnyOMJ" w:hAnsi="SutonnyOMJ" w:cs="SutonnyOMJ"/>
          <w:lang w:bidi="bn-IN"/>
        </w:rPr>
        <w:t>ক্ষুদ্র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জেলে</w:t>
      </w:r>
      <w:proofErr w:type="spellEnd"/>
      <w:r w:rsidRPr="00006A05">
        <w:rPr>
          <w:rFonts w:ascii="SutonnyOMJ" w:hAnsi="SutonnyOMJ" w:cs="SutonnyOMJ"/>
          <w:cs/>
          <w:lang w:bidi="bn-IN"/>
        </w:rPr>
        <w:t xml:space="preserve"> পরিবারের গভীর সামাজিক-অর্থনৈতিক সংকটে </w:t>
      </w:r>
      <w:proofErr w:type="spellStart"/>
      <w:r>
        <w:rPr>
          <w:rFonts w:ascii="SutonnyOMJ" w:hAnsi="SutonnyOMJ" w:cs="SutonnyOMJ"/>
          <w:lang w:bidi="bn-IN"/>
        </w:rPr>
        <w:t>মধ্যে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পড়ার</w:t>
      </w:r>
      <w:proofErr w:type="spellEnd"/>
      <w:r w:rsidRPr="00006A05">
        <w:rPr>
          <w:rFonts w:ascii="SutonnyOMJ" w:hAnsi="SutonnyOMJ" w:cs="SutonnyOMJ"/>
          <w:cs/>
          <w:lang w:bidi="bn-IN"/>
        </w:rPr>
        <w:t xml:space="preserve"> বিষয়ে উদ্বেগ প্রকাশ করেন। তাঁরা সরকারের প্রতি </w:t>
      </w:r>
      <w:proofErr w:type="spellStart"/>
      <w:r w:rsidR="00B2706B">
        <w:rPr>
          <w:rFonts w:ascii="SutonnyOMJ" w:hAnsi="SutonnyOMJ" w:cs="SutonnyOMJ"/>
          <w:lang w:bidi="bn-IN"/>
        </w:rPr>
        <w:t>আহবান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 xml:space="preserve">জানান যেন ক্ষুদ্র </w:t>
      </w:r>
      <w:proofErr w:type="spellStart"/>
      <w:r w:rsidR="00B2706B">
        <w:rPr>
          <w:rFonts w:ascii="SutonnyOMJ" w:hAnsi="SutonnyOMJ" w:cs="SutonnyOMJ"/>
          <w:lang w:bidi="bn-IN"/>
        </w:rPr>
        <w:t>জেলেদের</w:t>
      </w:r>
      <w:proofErr w:type="spellEnd"/>
      <w:r w:rsidRPr="00006A05">
        <w:rPr>
          <w:rFonts w:ascii="SutonnyOMJ" w:hAnsi="SutonnyOMJ" w:cs="SutonnyOMJ"/>
          <w:cs/>
          <w:lang w:bidi="bn-IN"/>
        </w:rPr>
        <w:t xml:space="preserve"> জন্য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বিশেষ করে নারী ও যুবকদের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সময়মতো সহায়তা প্রদান ও আয়ের বিকল্প কার্যক্রম</w:t>
      </w:r>
      <w:r w:rsidRPr="00006A05">
        <w:rPr>
          <w:rFonts w:ascii="SutonnyOMJ" w:hAnsi="SutonnyOMJ" w:cs="SutonnyOMJ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>সম্প্রসারণের পাশাপাশি স্বচ্ছ উপায়ে নির্বাচিত উপকারভোগীদের মাঝে সহায়তা বণ্টন নিশ্চিত করা হয়</w:t>
      </w:r>
      <w:r w:rsidRPr="00006A05">
        <w:rPr>
          <w:rFonts w:ascii="SutonnyOMJ" w:hAnsi="SutonnyOMJ" w:cs="SutonnyOMJ"/>
          <w:cs/>
          <w:lang w:bidi="hi-IN"/>
        </w:rPr>
        <w:t>।</w:t>
      </w:r>
    </w:p>
    <w:p w14:paraId="3F028140" w14:textId="77777777" w:rsidR="00006A05" w:rsidRPr="005653DF" w:rsidRDefault="00006A05" w:rsidP="00006A05">
      <w:pPr>
        <w:spacing w:after="0" w:line="240" w:lineRule="auto"/>
        <w:rPr>
          <w:rFonts w:ascii="SutonnyOMJ" w:hAnsi="SutonnyOMJ" w:cs="SutonnyOMJ"/>
          <w:sz w:val="16"/>
          <w:szCs w:val="16"/>
          <w:lang w:bidi="bn-IN"/>
        </w:rPr>
      </w:pPr>
    </w:p>
    <w:p w14:paraId="65C1DFBE" w14:textId="72CE201E" w:rsidR="00006A05" w:rsidRPr="00006A05" w:rsidRDefault="00E01E96" w:rsidP="00006A05">
      <w:pPr>
        <w:spacing w:after="0" w:line="240" w:lineRule="auto"/>
        <w:rPr>
          <w:rFonts w:ascii="SutonnyOMJ" w:hAnsi="SutonnyOMJ" w:cs="SutonnyOMJ"/>
        </w:rPr>
      </w:pPr>
      <w:r w:rsidRPr="00006A05">
        <w:rPr>
          <w:rFonts w:ascii="SutonnyOMJ" w:hAnsi="SutonnyOMJ" w:cs="SutonnyOMJ"/>
          <w:cs/>
          <w:lang w:bidi="bn-IN"/>
        </w:rPr>
        <w:t>এম রেজাউল করিম চৌধুরী</w:t>
      </w:r>
      <w:r>
        <w:rPr>
          <w:rFonts w:ascii="SutonnyOMJ" w:hAnsi="SutonnyOMJ" w:cs="SutonnyOMJ"/>
          <w:lang w:bidi="bn-IN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নির্বাহী পরিচালক</w:t>
      </w:r>
      <w:r>
        <w:rPr>
          <w:rFonts w:ascii="SutonnyOMJ" w:hAnsi="SutonnyOMJ" w:cs="SutonnyOMJ"/>
          <w:lang w:bidi="bn-IN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কোস্ট ফাউন্ডেশন</w:t>
      </w:r>
      <w:r>
        <w:rPr>
          <w:rFonts w:ascii="SutonnyOMJ" w:hAnsi="SutonnyOMJ" w:cs="SutonnyOMJ"/>
          <w:lang w:bidi="bn-IN"/>
        </w:rPr>
        <w:t>,</w:t>
      </w:r>
      <w:r w:rsidR="00006A05" w:rsidRPr="00006A05">
        <w:rPr>
          <w:rFonts w:ascii="SutonnyOMJ" w:hAnsi="SutonnyOMJ" w:cs="SutonnyOMJ"/>
          <w:cs/>
          <w:lang w:bidi="bn-IN"/>
        </w:rPr>
        <w:t xml:space="preserve"> ও প্রধান সমন্বয়ক</w:t>
      </w:r>
      <w:r>
        <w:rPr>
          <w:rFonts w:ascii="SutonnyOMJ" w:hAnsi="SutonnyOMJ" w:cs="SutonnyOMJ"/>
          <w:lang w:bidi="bn-IN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 xml:space="preserve"> বিডিসিএসও প্রোসেস</w:t>
      </w:r>
      <w:r>
        <w:rPr>
          <w:rFonts w:ascii="SutonnyOMJ" w:hAnsi="SutonnyOMJ" w:cs="SutonnyOMJ"/>
          <w:lang w:bidi="bn-IN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সভায় সভাপতিত্ব করেন</w:t>
      </w:r>
      <w:r w:rsidR="00006A05" w:rsidRPr="00006A05">
        <w:rPr>
          <w:rFonts w:ascii="SutonnyOMJ" w:hAnsi="SutonnyOMJ" w:cs="SutonnyOMJ"/>
          <w:cs/>
          <w:lang w:bidi="bn-IN"/>
        </w:rPr>
        <w:t>। তিনি বলেন</w:t>
      </w:r>
      <w:r w:rsidR="00006A05" w:rsidRPr="00006A05">
        <w:rPr>
          <w:rFonts w:ascii="SutonnyOMJ" w:hAnsi="SutonnyOMJ" w:cs="SutonnyOMJ"/>
        </w:rPr>
        <w:t>, “</w:t>
      </w:r>
      <w:proofErr w:type="spellStart"/>
      <w:r w:rsidR="00B2706B">
        <w:rPr>
          <w:rFonts w:ascii="SutonnyOMJ" w:hAnsi="SutonnyOMJ" w:cs="SutonnyOMJ"/>
        </w:rPr>
        <w:t>দেশের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প্রায়</w:t>
      </w:r>
      <w:proofErr w:type="spellEnd"/>
      <w:r w:rsidR="00B2706B">
        <w:rPr>
          <w:rFonts w:ascii="SutonnyOMJ" w:hAnsi="SutonnyOMJ" w:cs="SutonnyOMJ"/>
        </w:rPr>
        <w:t xml:space="preserve"> ২৫ </w:t>
      </w:r>
      <w:proofErr w:type="spellStart"/>
      <w:r w:rsidR="00B2706B">
        <w:rPr>
          <w:rFonts w:ascii="SutonnyOMJ" w:hAnsi="SutonnyOMJ" w:cs="SutonnyOMJ"/>
        </w:rPr>
        <w:t>লক্ষ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মানুষ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মাছ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ধরা</w:t>
      </w:r>
      <w:proofErr w:type="spellEnd"/>
      <w:r w:rsidR="00B2706B">
        <w:rPr>
          <w:rFonts w:ascii="SutonnyOMJ" w:hAnsi="SutonnyOMJ" w:cs="SutonnyOMJ"/>
        </w:rPr>
        <w:t xml:space="preserve">, </w:t>
      </w:r>
      <w:proofErr w:type="spellStart"/>
      <w:r w:rsidR="00B2706B">
        <w:rPr>
          <w:rFonts w:ascii="SutonnyOMJ" w:hAnsi="SutonnyOMJ" w:cs="SutonnyOMJ"/>
        </w:rPr>
        <w:t>বাজারজাতকরণ</w:t>
      </w:r>
      <w:proofErr w:type="spellEnd"/>
      <w:r w:rsidR="00B2706B">
        <w:rPr>
          <w:rFonts w:ascii="SutonnyOMJ" w:hAnsi="SutonnyOMJ" w:cs="SutonnyOMJ"/>
        </w:rPr>
        <w:t xml:space="preserve">, </w:t>
      </w:r>
      <w:proofErr w:type="spellStart"/>
      <w:r w:rsidR="00B2706B">
        <w:rPr>
          <w:rFonts w:ascii="SutonnyOMJ" w:hAnsi="SutonnyOMJ" w:cs="SutonnyOMJ"/>
        </w:rPr>
        <w:t>বিপনণ</w:t>
      </w:r>
      <w:proofErr w:type="spellEnd"/>
      <w:r w:rsidR="00B2706B">
        <w:rPr>
          <w:rFonts w:ascii="SutonnyOMJ" w:hAnsi="SutonnyOMJ" w:cs="SutonnyOMJ"/>
        </w:rPr>
        <w:t xml:space="preserve">, </w:t>
      </w:r>
      <w:proofErr w:type="spellStart"/>
      <w:r w:rsidR="00B2706B">
        <w:rPr>
          <w:rFonts w:ascii="SutonnyOMJ" w:hAnsi="SutonnyOMJ" w:cs="SutonnyOMJ"/>
        </w:rPr>
        <w:t>ইত্যাদির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সাথে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সরাসরি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জড়িত</w:t>
      </w:r>
      <w:proofErr w:type="spellEnd"/>
      <w:r w:rsidR="00B2706B">
        <w:rPr>
          <w:rFonts w:ascii="SutonnyOMJ" w:hAnsi="SutonnyOMJ" w:cs="SutonnyOMJ"/>
        </w:rPr>
        <w:t xml:space="preserve">। </w:t>
      </w:r>
      <w:proofErr w:type="spellStart"/>
      <w:r w:rsidR="00B2706B">
        <w:rPr>
          <w:rFonts w:ascii="SutonnyOMJ" w:hAnsi="SutonnyOMJ" w:cs="SutonnyOMJ"/>
        </w:rPr>
        <w:t>এর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মধ্যে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প্রায়</w:t>
      </w:r>
      <w:proofErr w:type="spellEnd"/>
      <w:r w:rsidR="00B2706B">
        <w:rPr>
          <w:rFonts w:ascii="SutonnyOMJ" w:hAnsi="SutonnyOMJ" w:cs="SutonnyOMJ"/>
        </w:rPr>
        <w:t xml:space="preserve"> ৪ </w:t>
      </w:r>
      <w:proofErr w:type="spellStart"/>
      <w:r w:rsidR="00B2706B">
        <w:rPr>
          <w:rFonts w:ascii="SutonnyOMJ" w:hAnsi="SutonnyOMJ" w:cs="SutonnyOMJ"/>
        </w:rPr>
        <w:t>লক্ষ</w:t>
      </w:r>
      <w:proofErr w:type="spellEnd"/>
      <w:r w:rsidR="00B2706B">
        <w:rPr>
          <w:rFonts w:ascii="SutonnyOMJ" w:hAnsi="SutonnyOMJ" w:cs="SutonnyOMJ"/>
        </w:rPr>
        <w:t xml:space="preserve"> ৫০ </w:t>
      </w:r>
      <w:proofErr w:type="spellStart"/>
      <w:r w:rsidR="00B2706B">
        <w:rPr>
          <w:rFonts w:ascii="SutonnyOMJ" w:hAnsi="SutonnyOMJ" w:cs="SutonnyOMJ"/>
        </w:rPr>
        <w:t>হাজার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জেলে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সরাসরি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ইলিশ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মাছ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ধরার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সাথে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জড়িত</w:t>
      </w:r>
      <w:proofErr w:type="spellEnd"/>
      <w:r w:rsidR="00B2706B">
        <w:rPr>
          <w:rFonts w:ascii="SutonnyOMJ" w:hAnsi="SutonnyOMJ" w:cs="SutonnyOMJ"/>
        </w:rPr>
        <w:t xml:space="preserve">। </w:t>
      </w:r>
      <w:proofErr w:type="spellStart"/>
      <w:r w:rsidR="00B2706B">
        <w:rPr>
          <w:rFonts w:ascii="SutonnyOMJ" w:hAnsi="SutonnyOMJ" w:cs="SutonnyOMJ"/>
        </w:rPr>
        <w:t>আমরা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এটা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বিশ্বাস</w:t>
      </w:r>
      <w:proofErr w:type="spellEnd"/>
      <w:r w:rsidR="00B2706B">
        <w:rPr>
          <w:rFonts w:ascii="SutonnyOMJ" w:hAnsi="SutonnyOMJ" w:cs="SutonnyOMJ"/>
        </w:rPr>
        <w:t xml:space="preserve"> </w:t>
      </w:r>
      <w:proofErr w:type="spellStart"/>
      <w:r w:rsidR="00B2706B">
        <w:rPr>
          <w:rFonts w:ascii="SutonnyOMJ" w:hAnsi="SutonnyOMJ" w:cs="SutonnyOMJ"/>
        </w:rPr>
        <w:t>করি</w:t>
      </w:r>
      <w:proofErr w:type="spellEnd"/>
      <w:r w:rsidR="00B2706B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 xml:space="preserve">ইলিশের পুনরুৎপাদনের জন্য মৎস্য আহরণে নিষেধাজ্ঞা </w:t>
      </w:r>
      <w:proofErr w:type="spellStart"/>
      <w:r w:rsidR="00B2706B">
        <w:rPr>
          <w:rFonts w:ascii="SutonnyOMJ" w:hAnsi="SutonnyOMJ" w:cs="SutonnyOMJ"/>
          <w:lang w:bidi="bn-IN"/>
        </w:rPr>
        <w:t>অত্যন্ত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জরুরি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 xml:space="preserve">তবে </w:t>
      </w:r>
      <w:proofErr w:type="spellStart"/>
      <w:r w:rsidR="00B2706B">
        <w:rPr>
          <w:rFonts w:ascii="SutonnyOMJ" w:hAnsi="SutonnyOMJ" w:cs="SutonnyOMJ"/>
          <w:lang w:bidi="bn-IN"/>
        </w:rPr>
        <w:t>এই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 xml:space="preserve">নিষেধাজ্ঞা যেন ক্ষুধা </w:t>
      </w:r>
      <w:proofErr w:type="spellStart"/>
      <w:r w:rsidR="00B2706B">
        <w:rPr>
          <w:rFonts w:ascii="SutonnyOMJ" w:hAnsi="SutonnyOMJ" w:cs="SutonnyOMJ"/>
          <w:lang w:bidi="bn-IN"/>
        </w:rPr>
        <w:t>বা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proofErr w:type="spellStart"/>
      <w:r w:rsidR="00B2706B">
        <w:rPr>
          <w:rFonts w:ascii="SutonnyOMJ" w:hAnsi="SutonnyOMJ" w:cs="SutonnyOMJ"/>
          <w:lang w:bidi="bn-IN"/>
        </w:rPr>
        <w:t>অভুক্ত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proofErr w:type="spellStart"/>
      <w:r w:rsidR="00B2706B">
        <w:rPr>
          <w:rFonts w:ascii="SutonnyOMJ" w:hAnsi="SutonnyOMJ" w:cs="SutonnyOMJ"/>
          <w:lang w:bidi="bn-IN"/>
        </w:rPr>
        <w:t>থাকার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proofErr w:type="spellStart"/>
      <w:r w:rsidR="00B2706B">
        <w:rPr>
          <w:rFonts w:ascii="SutonnyOMJ" w:hAnsi="SutonnyOMJ" w:cs="SutonnyOMJ"/>
          <w:lang w:bidi="bn-IN"/>
        </w:rPr>
        <w:t>কারণে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 xml:space="preserve">পরিণত না হয়। সরকারকে অবশ্যই নিষেধাজ্ঞা শুরু হওয়ার আগেই প্রতিটি নিবন্ধিত </w:t>
      </w:r>
      <w:proofErr w:type="spellStart"/>
      <w:r w:rsidR="00B2706B">
        <w:rPr>
          <w:rFonts w:ascii="SutonnyOMJ" w:hAnsi="SutonnyOMJ" w:cs="SutonnyOMJ"/>
          <w:lang w:bidi="bn-IN"/>
        </w:rPr>
        <w:t>জেলে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পরিবারকে ৪০ কেজি চাল ও ৮ হাজার টাকা প্রদান করতে হবে এবং অন্তত একজন সদস্যের জন্য </w:t>
      </w:r>
      <w:proofErr w:type="spellStart"/>
      <w:r w:rsidR="00B2706B">
        <w:rPr>
          <w:rFonts w:ascii="SutonnyOMJ" w:hAnsi="SutonnyOMJ" w:cs="SutonnyOMJ"/>
          <w:lang w:bidi="bn-IN"/>
        </w:rPr>
        <w:t>বিকল্প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আয়ভিত্তিক কাজের সুযোগ নিশ্চিত করতে হবে।” তিনি আরও বলেন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 xml:space="preserve">যুব মৎস্যজীবীদের জন্য পেশাগত প্রশিক্ষণ ও বিকল্প জীবিকার সুযোগ তৈরি করতে হবে। পাশাপাশি ছোট নৌকায় </w:t>
      </w:r>
      <w:r w:rsidR="00B2706B">
        <w:rPr>
          <w:rFonts w:ascii="SutonnyOMJ" w:hAnsi="SutonnyOMJ" w:cs="SutonnyOMJ"/>
          <w:lang w:bidi="bn-IN"/>
        </w:rPr>
        <w:t>(</w:t>
      </w:r>
      <w:r w:rsidR="00006A05" w:rsidRPr="00006A05">
        <w:rPr>
          <w:rFonts w:ascii="SutonnyOMJ" w:hAnsi="SutonnyOMJ" w:cs="SutonnyOMJ"/>
          <w:cs/>
          <w:lang w:bidi="bn-IN"/>
        </w:rPr>
        <w:t>খাল ও নদীতে</w:t>
      </w:r>
      <w:r w:rsidR="00B2706B">
        <w:rPr>
          <w:rFonts w:ascii="SutonnyOMJ" w:hAnsi="SutonnyOMJ" w:cs="SutonnyOMJ"/>
          <w:lang w:bidi="bn-IN"/>
        </w:rPr>
        <w:t>)</w:t>
      </w:r>
      <w:r w:rsidR="00006A05" w:rsidRPr="00006A05">
        <w:rPr>
          <w:rFonts w:ascii="SutonnyOMJ" w:hAnsi="SutonnyOMJ" w:cs="SutonnyOMJ"/>
          <w:cs/>
          <w:lang w:bidi="bn-IN"/>
        </w:rPr>
        <w:t xml:space="preserve"> বসবাসকারী </w:t>
      </w:r>
      <w:proofErr w:type="spellStart"/>
      <w:r w:rsidR="00B2706B">
        <w:rPr>
          <w:rFonts w:ascii="SutonnyOMJ" w:hAnsi="SutonnyOMJ" w:cs="SutonnyOMJ"/>
          <w:lang w:bidi="bn-IN"/>
        </w:rPr>
        <w:t>মান্দা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proofErr w:type="spellStart"/>
      <w:r w:rsidR="00B2706B">
        <w:rPr>
          <w:rFonts w:ascii="SutonnyOMJ" w:hAnsi="SutonnyOMJ" w:cs="SutonnyOMJ"/>
          <w:lang w:bidi="bn-IN"/>
        </w:rPr>
        <w:t>সম্প্রদায়কে</w:t>
      </w:r>
      <w:proofErr w:type="spellEnd"/>
      <w:r w:rsidR="00B2706B">
        <w:rPr>
          <w:rFonts w:ascii="SutonnyOMJ" w:hAnsi="SutonnyOMJ" w:cs="SutonnyOMJ"/>
          <w:lang w:bidi="bn-IN"/>
        </w:rPr>
        <w:t xml:space="preserve"> </w:t>
      </w:r>
      <w:proofErr w:type="spellStart"/>
      <w:r w:rsidR="00B2706B">
        <w:rPr>
          <w:rFonts w:ascii="SutonnyOMJ" w:hAnsi="SutonnyOMJ" w:cs="SutonnyOMJ"/>
          <w:lang w:bidi="bn-IN"/>
        </w:rPr>
        <w:t>জেলে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কার্ড প্রদান ও নিষেধাজ্ঞার আওতার বাইরে রাখার </w:t>
      </w:r>
      <w:proofErr w:type="spellStart"/>
      <w:r w:rsidR="00B2706B">
        <w:rPr>
          <w:rFonts w:ascii="SutonnyOMJ" w:hAnsi="SutonnyOMJ" w:cs="SutonnyOMJ"/>
          <w:lang w:bidi="bn-IN"/>
        </w:rPr>
        <w:t>আহবান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জানান</w:t>
      </w:r>
      <w:r w:rsidR="00006A05" w:rsidRPr="00006A05">
        <w:rPr>
          <w:rFonts w:ascii="SutonnyOMJ" w:hAnsi="SutonnyOMJ" w:cs="SutonnyOMJ"/>
          <w:cs/>
          <w:lang w:bidi="hi-IN"/>
        </w:rPr>
        <w:t>।</w:t>
      </w:r>
    </w:p>
    <w:p w14:paraId="759EB801" w14:textId="77777777" w:rsidR="00B2706B" w:rsidRPr="00B2706B" w:rsidRDefault="00B2706B" w:rsidP="00006A05">
      <w:pPr>
        <w:spacing w:after="0" w:line="240" w:lineRule="auto"/>
        <w:rPr>
          <w:rFonts w:ascii="SutonnyOMJ" w:hAnsi="SutonnyOMJ" w:cs="SutonnyOMJ"/>
          <w:sz w:val="16"/>
          <w:szCs w:val="16"/>
          <w:lang w:bidi="bn-IN"/>
        </w:rPr>
      </w:pPr>
    </w:p>
    <w:p w14:paraId="59B170FC" w14:textId="202F1AAE" w:rsidR="00006A05" w:rsidRDefault="00E01E96" w:rsidP="00006A05">
      <w:pPr>
        <w:spacing w:after="0" w:line="240" w:lineRule="auto"/>
        <w:rPr>
          <w:rFonts w:ascii="SutonnyOMJ" w:hAnsi="SutonnyOMJ" w:cs="SutonnyOMJ"/>
          <w:lang w:bidi="hi-IN"/>
        </w:rPr>
      </w:pPr>
      <w:r w:rsidRPr="00006A05">
        <w:rPr>
          <w:rFonts w:ascii="SutonnyOMJ" w:hAnsi="SutonnyOMJ" w:cs="SutonnyOMJ"/>
          <w:cs/>
          <w:lang w:bidi="bn-IN"/>
        </w:rPr>
        <w:t>সনত কুমার ভৌমিক</w:t>
      </w:r>
      <w:r>
        <w:rPr>
          <w:rFonts w:ascii="SutonnyOMJ" w:hAnsi="SutonnyOMJ" w:cs="SutonnyOMJ"/>
          <w:lang w:bidi="bn-IN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উপ</w:t>
      </w:r>
      <w:r>
        <w:rPr>
          <w:rFonts w:ascii="SutonnyOMJ" w:hAnsi="SutonnyOMJ" w:cs="SutonnyOMJ"/>
          <w:lang w:bidi="bn-IN"/>
        </w:rPr>
        <w:t>-</w:t>
      </w:r>
      <w:r w:rsidRPr="00006A05">
        <w:rPr>
          <w:rFonts w:ascii="SutonnyOMJ" w:hAnsi="SutonnyOMJ" w:cs="SutonnyOMJ"/>
          <w:cs/>
          <w:lang w:bidi="bn-IN"/>
        </w:rPr>
        <w:t>নির্বাহী পরিচালক</w:t>
      </w:r>
      <w:r>
        <w:rPr>
          <w:rFonts w:ascii="SutonnyOMJ" w:hAnsi="SutonnyOMJ" w:cs="SutonnyOMJ"/>
          <w:lang w:bidi="bn-IN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কোস্ট ফাউন্ডেশন</w:t>
      </w:r>
      <w:r>
        <w:rPr>
          <w:rFonts w:ascii="SutonnyOMJ" w:hAnsi="SutonnyOMJ" w:cs="SutonnyOMJ"/>
          <w:lang w:bidi="bn-IN"/>
        </w:rPr>
        <w:t>,</w:t>
      </w:r>
      <w:r w:rsidR="00006A05" w:rsidRPr="00006A05">
        <w:rPr>
          <w:rFonts w:ascii="SutonnyOMJ" w:hAnsi="SutonnyOMJ" w:cs="SutonnyOMJ"/>
          <w:cs/>
          <w:lang w:bidi="bn-IN"/>
        </w:rPr>
        <w:t xml:space="preserve"> মূল প্রবন্ধ উপস্থাপন করেন। তিনি বলেন</w:t>
      </w:r>
      <w:r w:rsidR="00006A05" w:rsidRPr="00006A05">
        <w:rPr>
          <w:rFonts w:ascii="SutonnyOMJ" w:hAnsi="SutonnyOMJ" w:cs="SutonnyOMJ"/>
        </w:rPr>
        <w:t>, “</w:t>
      </w:r>
      <w:r w:rsidR="00006A05" w:rsidRPr="00006A05">
        <w:rPr>
          <w:rFonts w:ascii="SutonnyOMJ" w:hAnsi="SutonnyOMJ" w:cs="SutonnyOMJ"/>
          <w:cs/>
          <w:lang w:bidi="bn-IN"/>
        </w:rPr>
        <w:t xml:space="preserve">দেশের ৫৬% ক্ষুদ্র </w:t>
      </w:r>
      <w:proofErr w:type="spellStart"/>
      <w:r>
        <w:rPr>
          <w:rFonts w:ascii="SutonnyOMJ" w:hAnsi="SutonnyOMJ" w:cs="SutonnyOMJ"/>
          <w:lang w:bidi="bn-IN"/>
        </w:rPr>
        <w:t>জেলে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সরকারি সহায়তা থেকে বঞ্চিত থাকেন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 xml:space="preserve">এবং ৮৩% </w:t>
      </w:r>
      <w:r w:rsidRPr="00006A05">
        <w:rPr>
          <w:rFonts w:ascii="SutonnyOMJ" w:hAnsi="SutonnyOMJ" w:cs="SutonnyOMJ"/>
          <w:cs/>
          <w:lang w:bidi="bn-IN"/>
        </w:rPr>
        <w:t>নিষেধাজ্ঞা</w:t>
      </w:r>
      <w:r>
        <w:rPr>
          <w:rFonts w:ascii="SutonnyOMJ" w:hAnsi="SutonnyOMJ" w:cs="SutonnyOMJ"/>
          <w:lang w:bidi="bn-IN"/>
        </w:rPr>
        <w:t>র</w:t>
      </w:r>
      <w:r w:rsidRPr="00006A05">
        <w:rPr>
          <w:rFonts w:ascii="SutonnyOMJ" w:hAnsi="SutonnyOMJ" w:cs="SutonnyOMJ"/>
          <w:cs/>
          <w:lang w:bidi="bn-IN"/>
        </w:rPr>
        <w:t xml:space="preserve"> শেষে ১</w:t>
      </w:r>
      <w:r>
        <w:rPr>
          <w:rFonts w:ascii="SutonnyOMJ" w:hAnsi="SutonnyOMJ" w:cs="SutonnyOMJ"/>
          <w:lang w:bidi="bn-IN"/>
        </w:rPr>
        <w:t>-</w:t>
      </w:r>
      <w:r w:rsidRPr="00006A05">
        <w:rPr>
          <w:rFonts w:ascii="SutonnyOMJ" w:hAnsi="SutonnyOMJ" w:cs="SutonnyOMJ"/>
          <w:cs/>
          <w:lang w:bidi="bn-IN"/>
        </w:rPr>
        <w:t>২ মাস পরে</w:t>
      </w:r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গিয়ে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 xml:space="preserve">সহায়তা পান। এছাড়া ৮৭% </w:t>
      </w:r>
      <w:proofErr w:type="spellStart"/>
      <w:r>
        <w:rPr>
          <w:rFonts w:ascii="SutonnyOMJ" w:hAnsi="SutonnyOMJ" w:cs="SutonnyOMJ"/>
          <w:lang w:bidi="bn-IN"/>
        </w:rPr>
        <w:t>জেলে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কোনো আয়ভিত্তিক কার্যক্রম বা দক্ষতা উন্নয়ন কর্মসূচির আওতায় নেই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এবং ৭০% অনানুষ্ঠানিক উচ্চসুদ ঋণের কারণে ফাঁদে পড়ে টিকে থাকার জন্য অবৈধভাবে মাছ ধরতে বাধ্য হন।” তিনি জানান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 xml:space="preserve">আর্থিক চাপের কারণে নিষেধাজ্ঞা চলাকালে </w:t>
      </w:r>
      <w:proofErr w:type="spellStart"/>
      <w:r>
        <w:rPr>
          <w:rFonts w:ascii="SutonnyOMJ" w:hAnsi="SutonnyOMJ" w:cs="SutonnyOMJ"/>
          <w:lang w:bidi="bn-IN"/>
        </w:rPr>
        <w:t>জেলে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পরিবারে পারিবারিক সহিংসতা ৩০</w:t>
      </w:r>
      <w:r>
        <w:rPr>
          <w:rFonts w:ascii="SutonnyOMJ" w:hAnsi="SutonnyOMJ" w:cs="SutonnyOMJ"/>
          <w:lang w:bidi="bn-IN"/>
        </w:rPr>
        <w:t>-</w:t>
      </w:r>
      <w:r w:rsidR="00006A05" w:rsidRPr="00006A05">
        <w:rPr>
          <w:rFonts w:ascii="SutonnyOMJ" w:hAnsi="SutonnyOMJ" w:cs="SutonnyOMJ" w:hint="cs"/>
          <w:cs/>
          <w:lang w:bidi="bn-IN"/>
        </w:rPr>
        <w:t>৪০</w:t>
      </w:r>
      <w:r w:rsidR="00006A05" w:rsidRPr="00006A05">
        <w:rPr>
          <w:rFonts w:ascii="SutonnyOMJ" w:hAnsi="SutonnyOMJ" w:cs="SutonnyOMJ"/>
          <w:cs/>
          <w:lang w:bidi="bn-IN"/>
        </w:rPr>
        <w:t xml:space="preserve">% </w:t>
      </w:r>
      <w:r w:rsidR="00006A05" w:rsidRPr="00006A05">
        <w:rPr>
          <w:rFonts w:ascii="SutonnyOMJ" w:hAnsi="SutonnyOMJ" w:cs="SutonnyOMJ" w:hint="cs"/>
          <w:cs/>
          <w:lang w:bidi="bn-IN"/>
        </w:rPr>
        <w:t>বৃদ্ধি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পায়।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তিনি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বেআইনি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জালের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ব্যবহার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বন্ধ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ও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জাল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উৎপাদনকারী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কারখানাগুলোর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বিরুদ্ধে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কঠোর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ব্যবস্থা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গ্রহণের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আহবান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="00006A05" w:rsidRPr="00006A05">
        <w:rPr>
          <w:rFonts w:ascii="SutonnyOMJ" w:hAnsi="SutonnyOMJ" w:cs="SutonnyOMJ" w:hint="cs"/>
          <w:cs/>
          <w:lang w:bidi="bn-IN"/>
        </w:rPr>
        <w:t>জানান</w:t>
      </w:r>
      <w:r w:rsidR="00006A05" w:rsidRPr="00006A05">
        <w:rPr>
          <w:rFonts w:ascii="SutonnyOMJ" w:hAnsi="SutonnyOMJ" w:cs="SutonnyOMJ"/>
          <w:cs/>
          <w:lang w:bidi="hi-IN"/>
        </w:rPr>
        <w:t>।</w:t>
      </w:r>
    </w:p>
    <w:p w14:paraId="56A38E3F" w14:textId="77777777" w:rsidR="00E01E96" w:rsidRPr="00006A05" w:rsidRDefault="00E01E96" w:rsidP="00006A05">
      <w:pPr>
        <w:spacing w:after="0" w:line="240" w:lineRule="auto"/>
        <w:rPr>
          <w:rFonts w:ascii="SutonnyOMJ" w:hAnsi="SutonnyOMJ" w:cs="SutonnyOMJ"/>
          <w:sz w:val="16"/>
          <w:szCs w:val="16"/>
        </w:rPr>
      </w:pPr>
    </w:p>
    <w:p w14:paraId="07486225" w14:textId="144CEB1F" w:rsidR="00006A05" w:rsidRDefault="00E01E96" w:rsidP="00006A05">
      <w:pPr>
        <w:spacing w:after="0" w:line="240" w:lineRule="auto"/>
        <w:rPr>
          <w:rFonts w:ascii="SutonnyOMJ" w:hAnsi="SutonnyOMJ" w:cs="SutonnyOMJ"/>
          <w:lang w:bidi="bn-IN"/>
        </w:rPr>
      </w:pPr>
      <w:r w:rsidRPr="00006A05">
        <w:rPr>
          <w:rFonts w:ascii="SutonnyOMJ" w:hAnsi="SutonnyOMJ" w:cs="SutonnyOMJ"/>
          <w:cs/>
          <w:lang w:bidi="bn-IN"/>
        </w:rPr>
        <w:t>মোস্তফা কামাল আকন্দ</w:t>
      </w:r>
      <w:r>
        <w:rPr>
          <w:rFonts w:ascii="SutonnyOMJ" w:hAnsi="SutonnyOMJ" w:cs="SutonnyOMJ"/>
          <w:lang w:bidi="bn-IN"/>
        </w:rPr>
        <w:t>,</w:t>
      </w:r>
      <w:r w:rsidR="00006A05" w:rsidRPr="00006A05">
        <w:rPr>
          <w:rFonts w:ascii="SutonnyOMJ" w:hAnsi="SutonnyOMJ" w:cs="SutonnyOMJ"/>
          <w:cs/>
          <w:lang w:bidi="bn-IN"/>
        </w:rPr>
        <w:t xml:space="preserve"> পরিচালক</w:t>
      </w:r>
      <w:r>
        <w:rPr>
          <w:rFonts w:ascii="SutonnyOMJ" w:hAnsi="SutonnyOMJ" w:cs="SutonnyOMJ"/>
          <w:lang w:bidi="bn-IN"/>
        </w:rPr>
        <w:t>-</w:t>
      </w:r>
      <w:r w:rsidR="00006A05" w:rsidRPr="00006A05">
        <w:rPr>
          <w:rFonts w:ascii="SutonnyOMJ" w:hAnsi="SutonnyOMJ" w:cs="SutonnyOMJ"/>
          <w:cs/>
          <w:lang w:bidi="bn-IN"/>
        </w:rPr>
        <w:t>প্রশাসন</w:t>
      </w:r>
      <w:r>
        <w:rPr>
          <w:rFonts w:ascii="SutonnyOMJ" w:hAnsi="SutonnyOMJ" w:cs="SutonnyOMJ"/>
          <w:lang w:bidi="bn-IN"/>
        </w:rPr>
        <w:t>,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>কোস্ট ফাউন্ডেশন</w:t>
      </w:r>
      <w:r>
        <w:rPr>
          <w:rFonts w:ascii="SutonnyOMJ" w:hAnsi="SutonnyOMJ" w:cs="SutonnyOMJ"/>
          <w:lang w:bidi="bn-IN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নারী ও যুবকদের জন্য পশুপালন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 xml:space="preserve">মৎস্যচাষ ও ক্ষুদ্র উদ্যোক্তা কর্মসূচির </w:t>
      </w:r>
      <w:proofErr w:type="spellStart"/>
      <w:r w:rsidR="00740900">
        <w:rPr>
          <w:rFonts w:ascii="SutonnyOMJ" w:hAnsi="SutonnyOMJ" w:cs="SutonnyOMJ"/>
          <w:lang w:bidi="bn-IN"/>
        </w:rPr>
        <w:t>গ্রহণের</w:t>
      </w:r>
      <w:proofErr w:type="spellEnd"/>
      <w:r w:rsidR="00740900">
        <w:rPr>
          <w:rFonts w:ascii="SutonnyOMJ" w:hAnsi="SutonnyOMJ" w:cs="SutonnyOMJ"/>
          <w:lang w:bidi="bn-IN"/>
        </w:rPr>
        <w:t xml:space="preserve"> </w:t>
      </w:r>
      <w:proofErr w:type="spellStart"/>
      <w:r w:rsidR="00740900">
        <w:rPr>
          <w:rFonts w:ascii="SutonnyOMJ" w:hAnsi="SutonnyOMJ" w:cs="SutonnyOMJ"/>
          <w:lang w:bidi="bn-IN"/>
        </w:rPr>
        <w:t>দাবি</w:t>
      </w:r>
      <w:proofErr w:type="spellEnd"/>
      <w:r w:rsidR="00740900">
        <w:rPr>
          <w:rFonts w:ascii="SutonnyOMJ" w:hAnsi="SutonnyOMJ" w:cs="SutonnyOMJ"/>
          <w:lang w:bidi="bn-IN"/>
        </w:rPr>
        <w:t xml:space="preserve"> </w:t>
      </w:r>
      <w:proofErr w:type="spellStart"/>
      <w:r w:rsidR="00740900">
        <w:rPr>
          <w:rFonts w:ascii="SutonnyOMJ" w:hAnsi="SutonnyOMJ" w:cs="SutonnyOMJ"/>
          <w:lang w:bidi="bn-IN"/>
        </w:rPr>
        <w:t>জানান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>। তিনি বলেন</w:t>
      </w:r>
      <w:r w:rsidR="00006A05" w:rsidRPr="00006A05">
        <w:rPr>
          <w:rFonts w:ascii="SutonnyOMJ" w:hAnsi="SutonnyOMJ" w:cs="SutonnyOMJ"/>
        </w:rPr>
        <w:t>, “</w:t>
      </w:r>
      <w:r w:rsidR="00006A05" w:rsidRPr="00006A05">
        <w:rPr>
          <w:rFonts w:ascii="SutonnyOMJ" w:hAnsi="SutonnyOMJ" w:cs="SutonnyOMJ"/>
          <w:cs/>
          <w:lang w:bidi="bn-IN"/>
        </w:rPr>
        <w:t xml:space="preserve">জাতীয় </w:t>
      </w:r>
      <w:proofErr w:type="spellStart"/>
      <w:r w:rsidR="00740900">
        <w:rPr>
          <w:rFonts w:ascii="SutonnyOMJ" w:hAnsi="SutonnyOMJ" w:cs="SutonnyOMJ"/>
          <w:lang w:bidi="bn-IN"/>
        </w:rPr>
        <w:t>পর্যায়ে</w:t>
      </w:r>
      <w:proofErr w:type="spellEnd"/>
      <w:r w:rsidR="00740900">
        <w:rPr>
          <w:rFonts w:ascii="SutonnyOMJ" w:hAnsi="SutonnyOMJ" w:cs="SutonnyOMJ"/>
          <w:lang w:bidi="bn-IN"/>
        </w:rPr>
        <w:t xml:space="preserve"> </w:t>
      </w:r>
      <w:proofErr w:type="spellStart"/>
      <w:r w:rsidR="00740900">
        <w:rPr>
          <w:rFonts w:ascii="SutonnyOMJ" w:hAnsi="SutonnyOMJ" w:cs="SutonnyOMJ"/>
          <w:lang w:bidi="bn-IN"/>
        </w:rPr>
        <w:t>প্রকৃত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proofErr w:type="spellStart"/>
      <w:r w:rsidR="00740900">
        <w:rPr>
          <w:rFonts w:ascii="SutonnyOMJ" w:hAnsi="SutonnyOMJ" w:cs="SutonnyOMJ"/>
          <w:lang w:bidi="bn-IN"/>
        </w:rPr>
        <w:t>জেলেদের</w:t>
      </w:r>
      <w:proofErr w:type="spellEnd"/>
      <w:r w:rsidR="00740900">
        <w:rPr>
          <w:rFonts w:ascii="SutonnyOMJ" w:hAnsi="SutonnyOMJ" w:cs="SutonnyOMJ"/>
          <w:lang w:bidi="bn-IN"/>
        </w:rPr>
        <w:t xml:space="preserve"> </w:t>
      </w:r>
      <w:proofErr w:type="spellStart"/>
      <w:r w:rsidR="00740900">
        <w:rPr>
          <w:rFonts w:ascii="SutonnyOMJ" w:hAnsi="SutonnyOMJ" w:cs="SutonnyOMJ"/>
          <w:lang w:bidi="bn-IN"/>
        </w:rPr>
        <w:t>নিয়ে</w:t>
      </w:r>
      <w:proofErr w:type="spellEnd"/>
      <w:r w:rsidR="00740900">
        <w:rPr>
          <w:rFonts w:ascii="SutonnyOMJ" w:hAnsi="SutonnyOMJ" w:cs="SutonnyOMJ"/>
          <w:lang w:bidi="bn-IN"/>
        </w:rPr>
        <w:t xml:space="preserve"> </w:t>
      </w:r>
      <w:proofErr w:type="spellStart"/>
      <w:r w:rsidR="00740900">
        <w:rPr>
          <w:rFonts w:ascii="SutonnyOMJ" w:hAnsi="SutonnyOMJ" w:cs="SutonnyOMJ"/>
          <w:lang w:bidi="bn-IN"/>
        </w:rPr>
        <w:t>ডাটাবেইস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দ্রুত হালনাগাদ করা</w:t>
      </w:r>
      <w:r w:rsidR="00006A05" w:rsidRPr="00006A05">
        <w:rPr>
          <w:rFonts w:ascii="SutonnyOMJ" w:hAnsi="SutonnyOMJ" w:cs="SutonnyOMJ"/>
        </w:rPr>
        <w:t xml:space="preserve">, </w:t>
      </w:r>
      <w:proofErr w:type="spellStart"/>
      <w:r w:rsidR="00740900">
        <w:rPr>
          <w:rFonts w:ascii="SutonnyOMJ" w:hAnsi="SutonnyOMJ" w:cs="SutonnyOMJ"/>
        </w:rPr>
        <w:t>তাদের</w:t>
      </w:r>
      <w:proofErr w:type="spellEnd"/>
      <w:r w:rsidR="00740900">
        <w:rPr>
          <w:rFonts w:ascii="SutonnyOMJ" w:hAnsi="SutonnyOMJ" w:cs="SutonnyOMJ"/>
        </w:rPr>
        <w:t xml:space="preserve"> </w:t>
      </w:r>
      <w:proofErr w:type="spellStart"/>
      <w:r w:rsidR="00740900">
        <w:rPr>
          <w:rFonts w:ascii="SutonnyOMJ" w:hAnsi="SutonnyOMJ" w:cs="SutonnyOMJ"/>
        </w:rPr>
        <w:t>জন্য</w:t>
      </w:r>
      <w:proofErr w:type="spellEnd"/>
      <w:r w:rsidR="00740900">
        <w:rPr>
          <w:rFonts w:ascii="SutonnyOMJ" w:hAnsi="SutonnyOMJ" w:cs="SutonnyOMJ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সহজ</w:t>
      </w:r>
      <w:r w:rsidR="00740900"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শর্তে ঋণ ও অনুদান সুবিধা নিশ্চিত করা জরুরি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 xml:space="preserve">যাতে নিষেধাজ্ঞাকালীন সময়ে </w:t>
      </w:r>
      <w:proofErr w:type="spellStart"/>
      <w:r w:rsidR="00740900">
        <w:rPr>
          <w:rFonts w:ascii="SutonnyOMJ" w:hAnsi="SutonnyOMJ" w:cs="SutonnyOMJ"/>
          <w:lang w:bidi="bn-IN"/>
        </w:rPr>
        <w:t>জেলে</w:t>
      </w:r>
      <w:proofErr w:type="spellEnd"/>
      <w:r w:rsidR="00740900"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 xml:space="preserve">পরিবারগুলো </w:t>
      </w:r>
      <w:proofErr w:type="spellStart"/>
      <w:r w:rsidR="00740900">
        <w:rPr>
          <w:rFonts w:ascii="SutonnyOMJ" w:hAnsi="SutonnyOMJ" w:cs="SutonnyOMJ"/>
          <w:lang w:bidi="bn-IN"/>
        </w:rPr>
        <w:t>ভালো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থাকতে পারে।”</w:t>
      </w:r>
    </w:p>
    <w:p w14:paraId="2EC53BF5" w14:textId="77777777" w:rsidR="00E01E96" w:rsidRPr="00006A05" w:rsidRDefault="00E01E96" w:rsidP="00006A05">
      <w:pPr>
        <w:spacing w:after="0" w:line="240" w:lineRule="auto"/>
        <w:rPr>
          <w:rFonts w:ascii="SutonnyOMJ" w:hAnsi="SutonnyOMJ" w:cs="SutonnyOMJ"/>
          <w:sz w:val="16"/>
          <w:szCs w:val="16"/>
        </w:rPr>
      </w:pPr>
    </w:p>
    <w:p w14:paraId="7EE9DCCF" w14:textId="19AA3FCC" w:rsidR="00006A05" w:rsidRDefault="00740900" w:rsidP="00006A05">
      <w:pPr>
        <w:spacing w:after="0" w:line="240" w:lineRule="auto"/>
        <w:rPr>
          <w:rFonts w:ascii="SutonnyOMJ" w:hAnsi="SutonnyOMJ" w:cs="SutonnyOMJ"/>
          <w:lang w:bidi="bn-IN"/>
        </w:rPr>
      </w:pPr>
      <w:r w:rsidRPr="00006A05">
        <w:rPr>
          <w:rFonts w:ascii="SutonnyOMJ" w:hAnsi="SutonnyOMJ" w:cs="SutonnyOMJ"/>
          <w:cs/>
          <w:lang w:bidi="bn-IN"/>
        </w:rPr>
        <w:t>খন্দকার ফারুক আহমেদ</w:t>
      </w:r>
      <w:r>
        <w:rPr>
          <w:rFonts w:ascii="SutonnyOMJ" w:hAnsi="SutonnyOMJ" w:cs="SutonnyOMJ"/>
          <w:lang w:bidi="bn-IN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নির্বাহী পরিচালক</w:t>
      </w:r>
      <w:r>
        <w:rPr>
          <w:rFonts w:ascii="SutonnyOMJ" w:hAnsi="SutonnyOMJ" w:cs="SutonnyOMJ"/>
          <w:lang w:bidi="bn-IN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ত্রি</w:t>
      </w:r>
      <w:r>
        <w:rPr>
          <w:rFonts w:ascii="SutonnyOMJ" w:hAnsi="SutonnyOMJ" w:cs="SutonnyOMJ"/>
          <w:lang w:bidi="bn-IN"/>
        </w:rPr>
        <w:t>ণ</w:t>
      </w:r>
      <w:r w:rsidR="00006A05" w:rsidRPr="00006A05">
        <w:rPr>
          <w:rFonts w:ascii="SutonnyOMJ" w:hAnsi="SutonnyOMJ" w:cs="SutonnyOMJ"/>
          <w:cs/>
          <w:lang w:bidi="bn-IN"/>
        </w:rPr>
        <w:t>মূল উন্নয়ন সংস্থা</w:t>
      </w:r>
      <w:r>
        <w:rPr>
          <w:rFonts w:ascii="SutonnyOMJ" w:hAnsi="SutonnyOMJ" w:cs="SutonnyOMJ"/>
          <w:lang w:bidi="bn-IN"/>
        </w:rPr>
        <w:t>,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তিনি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তার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বক্তব্যে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বলেন</w:t>
      </w:r>
      <w:r w:rsidR="00006A05" w:rsidRPr="00006A05">
        <w:rPr>
          <w:rFonts w:ascii="SutonnyOMJ" w:hAnsi="SutonnyOMJ" w:cs="SutonnyOMJ"/>
        </w:rPr>
        <w:t>, “</w:t>
      </w:r>
      <w:r w:rsidR="00006A05" w:rsidRPr="00006A05">
        <w:rPr>
          <w:rFonts w:ascii="SutonnyOMJ" w:hAnsi="SutonnyOMJ" w:cs="SutonnyOMJ"/>
          <w:cs/>
          <w:lang w:bidi="bn-IN"/>
        </w:rPr>
        <w:t>সংরক্ষণের পাশাপাশি খাদ্যনিরাপত্তা ও জীবিকার সুরক্ষা প্রাতিষ্ঠানিকভাবে নিশ্চিত করতে হবে। ক্ষুদ্র মৎস্যজীবীদের ন্যায্যতা প্রতিষ্ঠাই টেকসই উন্নয়নের পূর্বশর্ত।”</w:t>
      </w:r>
    </w:p>
    <w:p w14:paraId="127ADE8F" w14:textId="77777777" w:rsidR="00740900" w:rsidRPr="00006A05" w:rsidRDefault="00740900" w:rsidP="00006A05">
      <w:pPr>
        <w:spacing w:after="0" w:line="240" w:lineRule="auto"/>
        <w:rPr>
          <w:rFonts w:ascii="SutonnyOMJ" w:hAnsi="SutonnyOMJ" w:cs="SutonnyOMJ"/>
          <w:sz w:val="16"/>
          <w:szCs w:val="16"/>
        </w:rPr>
      </w:pPr>
    </w:p>
    <w:p w14:paraId="6CC8FA51" w14:textId="3F1D9A9B" w:rsidR="00006A05" w:rsidRDefault="00740900" w:rsidP="00006A05">
      <w:pPr>
        <w:spacing w:after="0" w:line="240" w:lineRule="auto"/>
        <w:rPr>
          <w:rFonts w:ascii="SutonnyOMJ" w:hAnsi="SutonnyOMJ" w:cs="SutonnyOMJ"/>
          <w:lang w:bidi="bn-IN"/>
        </w:rPr>
      </w:pPr>
      <w:r w:rsidRPr="00006A05">
        <w:rPr>
          <w:rFonts w:ascii="SutonnyOMJ" w:hAnsi="SutonnyOMJ" w:cs="SutonnyOMJ"/>
          <w:cs/>
          <w:lang w:bidi="bn-IN"/>
        </w:rPr>
        <w:t>মো. আবুল হাসান</w:t>
      </w:r>
      <w:r>
        <w:rPr>
          <w:rFonts w:ascii="SutonnyOMJ" w:hAnsi="SutonnyOMJ" w:cs="SutonnyOMJ"/>
          <w:lang w:bidi="bn-IN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প্রধান</w:t>
      </w:r>
      <w:r>
        <w:rPr>
          <w:rFonts w:ascii="SutonnyOMJ" w:hAnsi="SutonnyOMJ" w:cs="SutonnyOMJ"/>
          <w:lang w:bidi="bn-IN"/>
        </w:rPr>
        <w:t xml:space="preserve">- </w:t>
      </w:r>
      <w:proofErr w:type="spellStart"/>
      <w:r>
        <w:rPr>
          <w:rFonts w:ascii="SutonnyOMJ" w:hAnsi="SutonnyOMJ" w:cs="SutonnyOMJ"/>
          <w:lang w:bidi="bn-IN"/>
        </w:rPr>
        <w:t>ক্লাইমেট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চেইঞ্জ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এন্ড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রেসিলিয়েন্স</w:t>
      </w:r>
      <w:proofErr w:type="spellEnd"/>
      <w:r>
        <w:rPr>
          <w:rFonts w:ascii="SutonnyOMJ" w:hAnsi="SutonnyOMJ" w:cs="SutonnyOMJ"/>
          <w:lang w:bidi="bn-IN"/>
        </w:rPr>
        <w:t>,</w:t>
      </w:r>
      <w:r w:rsidR="00006A05"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/>
          <w:cs/>
          <w:lang w:bidi="bn-IN"/>
        </w:rPr>
        <w:t>কোস্ট ফাউন্ডেশন</w:t>
      </w:r>
      <w:r>
        <w:rPr>
          <w:rFonts w:ascii="SutonnyOMJ" w:hAnsi="SutonnyOMJ" w:cs="SutonnyOMJ"/>
          <w:lang w:bidi="bn-IN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বলেন</w:t>
      </w:r>
      <w:r w:rsidR="00006A05" w:rsidRPr="00006A05">
        <w:rPr>
          <w:rFonts w:ascii="SutonnyOMJ" w:hAnsi="SutonnyOMJ" w:cs="SutonnyOMJ"/>
        </w:rPr>
        <w:t>, “</w:t>
      </w:r>
      <w:r w:rsidR="00006A05" w:rsidRPr="00006A05">
        <w:rPr>
          <w:rFonts w:ascii="SutonnyOMJ" w:hAnsi="SutonnyOMJ" w:cs="SutonnyOMJ"/>
          <w:cs/>
          <w:lang w:bidi="bn-IN"/>
        </w:rPr>
        <w:t xml:space="preserve">ক্ষুদ্র </w:t>
      </w:r>
      <w:proofErr w:type="spellStart"/>
      <w:r>
        <w:rPr>
          <w:rFonts w:ascii="SutonnyOMJ" w:hAnsi="SutonnyOMJ" w:cs="SutonnyOMJ"/>
          <w:lang w:bidi="bn-IN"/>
        </w:rPr>
        <w:t>জেলে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এবং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proofErr w:type="spellStart"/>
      <w:r>
        <w:rPr>
          <w:rFonts w:ascii="SutonnyOMJ" w:hAnsi="SutonnyOMJ" w:cs="SutonnyOMJ"/>
          <w:lang w:bidi="bn-IN"/>
        </w:rPr>
        <w:t>কৃষকরাই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জলবায়ু পরিবর্তনের সম্মুখসারির সংগ্রামী জনগোষ্ঠী। ইলিশ আহরণের হ্রাসের সঙ্গে ধ্বংসাত্মক মাছ ধরা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অপরিকল্পিত খনন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এবং উপকূলীয় অভয়ারণ্যে বিদ্যুৎকেন্দ্র স্থাপনের সম্পর্ক রয়েছে। বিকল্প জীবিকার জন্য পৃথক উন্নয়ন তহবিল গঠনের দাবি এখন সময়ের দাবি।”</w:t>
      </w:r>
    </w:p>
    <w:p w14:paraId="4294C2A2" w14:textId="77777777" w:rsidR="00740900" w:rsidRPr="00006A05" w:rsidRDefault="00740900" w:rsidP="00006A05">
      <w:pPr>
        <w:spacing w:after="0" w:line="240" w:lineRule="auto"/>
        <w:rPr>
          <w:rFonts w:ascii="SutonnyOMJ" w:hAnsi="SutonnyOMJ" w:cs="SutonnyOMJ"/>
          <w:sz w:val="16"/>
          <w:szCs w:val="16"/>
        </w:rPr>
      </w:pPr>
    </w:p>
    <w:p w14:paraId="7537DED9" w14:textId="6DF9F317" w:rsidR="00006A05" w:rsidRPr="00006A05" w:rsidRDefault="00740900" w:rsidP="00006A05">
      <w:pPr>
        <w:spacing w:after="0" w:line="240" w:lineRule="auto"/>
        <w:rPr>
          <w:rFonts w:ascii="SutonnyOMJ" w:hAnsi="SutonnyOMJ" w:cs="SutonnyOMJ"/>
        </w:rPr>
      </w:pPr>
      <w:r w:rsidRPr="00006A05">
        <w:rPr>
          <w:rFonts w:ascii="SutonnyOMJ" w:hAnsi="SutonnyOMJ" w:cs="SutonnyOMJ"/>
          <w:cs/>
          <w:lang w:bidi="bn-IN"/>
        </w:rPr>
        <w:t>মো. জাহিদুল ইসলাম</w:t>
      </w:r>
      <w:r>
        <w:rPr>
          <w:rFonts w:ascii="SutonnyOMJ" w:hAnsi="SutonnyOMJ" w:cs="SutonnyOMJ"/>
          <w:lang w:bidi="bn-IN"/>
        </w:rPr>
        <w:t xml:space="preserve">, </w:t>
      </w:r>
      <w:proofErr w:type="spellStart"/>
      <w:r>
        <w:rPr>
          <w:rFonts w:ascii="SutonnyOMJ" w:hAnsi="SutonnyOMJ" w:cs="SutonnyOMJ"/>
          <w:lang w:bidi="bn-IN"/>
        </w:rPr>
        <w:t>হেড</w:t>
      </w:r>
      <w:proofErr w:type="spellEnd"/>
      <w:r>
        <w:rPr>
          <w:rFonts w:ascii="SutonnyOMJ" w:hAnsi="SutonnyOMJ" w:cs="SutonnyOMJ"/>
          <w:lang w:bidi="bn-IN"/>
        </w:rPr>
        <w:t>-</w:t>
      </w:r>
      <w:r w:rsidRPr="00006A05">
        <w:rPr>
          <w:rFonts w:ascii="SutonnyOMJ" w:hAnsi="SutonnyOMJ" w:cs="SutonnyOMJ"/>
          <w:cs/>
          <w:lang w:bidi="bn-IN"/>
        </w:rPr>
        <w:t>সোশ্যাল ডেভেলপমেন্ট</w:t>
      </w:r>
      <w:r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কোস্ট ফাউন্ডেশন</w:t>
      </w:r>
      <w:r>
        <w:rPr>
          <w:rFonts w:ascii="SutonnyOMJ" w:hAnsi="SutonnyOMJ" w:cs="SutonnyOMJ"/>
          <w:lang w:bidi="bn-IN"/>
        </w:rPr>
        <w:t>,</w:t>
      </w:r>
      <w:r w:rsidR="00006A05" w:rsidRPr="00006A05">
        <w:rPr>
          <w:rFonts w:ascii="SutonnyOMJ" w:hAnsi="SutonnyOMJ" w:cs="SutonnyOMJ"/>
          <w:cs/>
          <w:lang w:bidi="bn-IN"/>
        </w:rPr>
        <w:t xml:space="preserve"> বলেন</w:t>
      </w:r>
      <w:r w:rsidR="00006A05" w:rsidRPr="00006A05">
        <w:rPr>
          <w:rFonts w:ascii="SutonnyOMJ" w:hAnsi="SutonnyOMJ" w:cs="SutonnyOMJ"/>
        </w:rPr>
        <w:t>, “</w:t>
      </w:r>
      <w:r w:rsidR="00006A05" w:rsidRPr="00006A05">
        <w:rPr>
          <w:rFonts w:ascii="SutonnyOMJ" w:hAnsi="SutonnyOMJ" w:cs="SutonnyOMJ"/>
          <w:cs/>
          <w:lang w:bidi="bn-IN"/>
        </w:rPr>
        <w:t xml:space="preserve">গত পাঁচ বছরে ইলিশ আহরণ ৩.৪% হ্রাস পেয়েছে। নারী ও যুবকদের আয়ভিত্তিক কর্মসূচিতে সম্পৃক্ত করা গেলে পরিবারের </w:t>
      </w:r>
      <w:proofErr w:type="spellStart"/>
      <w:r>
        <w:rPr>
          <w:rFonts w:ascii="SutonnyOMJ" w:hAnsi="SutonnyOMJ" w:cs="SutonnyOMJ"/>
          <w:lang w:bidi="bn-IN"/>
        </w:rPr>
        <w:t>আয়</w:t>
      </w:r>
      <w:proofErr w:type="spellEnd"/>
      <w:r>
        <w:rPr>
          <w:rFonts w:ascii="SutonnyOMJ" w:hAnsi="SutonnyOMJ" w:cs="SutonnyOMJ"/>
          <w:lang w:bidi="bn-IN"/>
        </w:rPr>
        <w:t xml:space="preserve"> </w:t>
      </w:r>
      <w:r w:rsidR="00006A05" w:rsidRPr="00006A05">
        <w:rPr>
          <w:rFonts w:ascii="SutonnyOMJ" w:hAnsi="SutonnyOMJ" w:cs="SutonnyOMJ"/>
          <w:cs/>
          <w:lang w:bidi="bn-IN"/>
        </w:rPr>
        <w:t>উল্লেখযোগ্যভাবে বাড়বে।” তিনি আরও উল্লেখ করেন</w:t>
      </w:r>
      <w:r w:rsidR="00006A05" w:rsidRPr="00006A05">
        <w:rPr>
          <w:rFonts w:ascii="SutonnyOMJ" w:hAnsi="SutonnyOMJ" w:cs="SutonnyOMJ"/>
        </w:rPr>
        <w:t>, “</w:t>
      </w:r>
      <w:r w:rsidR="00006A05" w:rsidRPr="00006A05">
        <w:rPr>
          <w:rFonts w:ascii="SutonnyOMJ" w:hAnsi="SutonnyOMJ" w:cs="SutonnyOMJ"/>
          <w:cs/>
          <w:lang w:bidi="bn-IN"/>
        </w:rPr>
        <w:t>ইলিশ মাছকে নদীনির্ভর দেশীয় মৎস্য হিসেবে শ্রেণিবিন্যাস করলে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এটি সামুদ্রিক ভর্তুকি সংক্রান্ত ডব্লিউটিও-র সীমাবদ্ধতা থেকে সুরক্ষিত থাকবে।”</w:t>
      </w:r>
    </w:p>
    <w:p w14:paraId="51873430" w14:textId="77777777" w:rsidR="00740900" w:rsidRPr="005653DF" w:rsidRDefault="00740900" w:rsidP="00006A05">
      <w:pPr>
        <w:spacing w:after="0" w:line="240" w:lineRule="auto"/>
        <w:rPr>
          <w:rFonts w:ascii="SutonnyOMJ" w:hAnsi="SutonnyOMJ" w:cs="SutonnyOMJ"/>
          <w:sz w:val="16"/>
          <w:szCs w:val="16"/>
          <w:lang w:bidi="bn-IN"/>
        </w:rPr>
      </w:pPr>
    </w:p>
    <w:p w14:paraId="7B6D1A8C" w14:textId="3AFDE74D" w:rsidR="00006A05" w:rsidRPr="00006A05" w:rsidRDefault="00006A05" w:rsidP="00006A05">
      <w:pPr>
        <w:spacing w:after="0" w:line="240" w:lineRule="auto"/>
        <w:rPr>
          <w:rFonts w:ascii="SutonnyOMJ" w:hAnsi="SutonnyOMJ" w:cs="SutonnyOMJ"/>
        </w:rPr>
      </w:pPr>
      <w:r w:rsidRPr="00006A05">
        <w:rPr>
          <w:rFonts w:ascii="SutonnyOMJ" w:hAnsi="SutonnyOMJ" w:cs="SutonnyOMJ"/>
          <w:cs/>
          <w:lang w:bidi="bn-IN"/>
        </w:rPr>
        <w:t xml:space="preserve">সব বক্তারা </w:t>
      </w:r>
      <w:proofErr w:type="spellStart"/>
      <w:r w:rsidR="00740900">
        <w:rPr>
          <w:rFonts w:ascii="SutonnyOMJ" w:hAnsi="SutonnyOMJ" w:cs="SutonnyOMJ"/>
          <w:lang w:bidi="bn-IN"/>
        </w:rPr>
        <w:t>সম্মিলিতভাবে</w:t>
      </w:r>
      <w:proofErr w:type="spellEnd"/>
      <w:r w:rsidR="00740900">
        <w:rPr>
          <w:rFonts w:ascii="SutonnyOMJ" w:hAnsi="SutonnyOMJ" w:cs="SutonnyOMJ"/>
          <w:lang w:bidi="bn-IN"/>
        </w:rPr>
        <w:t xml:space="preserve"> </w:t>
      </w:r>
      <w:proofErr w:type="spellStart"/>
      <w:r w:rsidR="00740900">
        <w:rPr>
          <w:rFonts w:ascii="SutonnyOMJ" w:hAnsi="SutonnyOMJ" w:cs="SutonnyOMJ"/>
          <w:lang w:bidi="bn-IN"/>
        </w:rPr>
        <w:t>জানান</w:t>
      </w:r>
      <w:proofErr w:type="spellEnd"/>
      <w:r w:rsidR="00740900">
        <w:rPr>
          <w:rFonts w:ascii="Times New Roman" w:hAnsi="Times New Roman" w:cs="Times New Roman"/>
          <w:lang w:bidi="bn-IN"/>
        </w:rPr>
        <w:t xml:space="preserve">, </w:t>
      </w:r>
      <w:r w:rsidRPr="00006A05">
        <w:rPr>
          <w:rFonts w:ascii="SutonnyOMJ" w:hAnsi="SutonnyOMJ" w:cs="SutonnyOMJ" w:hint="cs"/>
          <w:cs/>
          <w:lang w:bidi="bn-IN"/>
        </w:rPr>
        <w:t>নিষেধাজ্ঞা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চলাকালে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সময়মতো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খাদ্য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ও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অর্থ</w:t>
      </w:r>
      <w:r w:rsidRPr="00006A05">
        <w:rPr>
          <w:rFonts w:ascii="SutonnyOMJ" w:hAnsi="SutonnyOMJ" w:cs="SutonnyOMJ"/>
          <w:cs/>
          <w:lang w:bidi="bn-IN"/>
        </w:rPr>
        <w:t xml:space="preserve"> </w:t>
      </w:r>
      <w:r w:rsidRPr="00006A05">
        <w:rPr>
          <w:rFonts w:ascii="SutonnyOMJ" w:hAnsi="SutonnyOMJ" w:cs="SutonnyOMJ" w:hint="cs"/>
          <w:cs/>
          <w:lang w:bidi="bn-IN"/>
        </w:rPr>
        <w:t>বিতরণ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অন্তর্ভুক্তিমূলক আয়ভিত্তিক কর্মসংস্থান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স্বল্পসুদে ঋণ সুবিধা এবং প্রান্তিক মৎস্যজীবীদের সরকারি কর্মসূচিতে ন্যায্য অন্তর্ভুক্তি নিশ্চিত করা হোক</w:t>
      </w:r>
      <w:r w:rsidRPr="00006A05">
        <w:rPr>
          <w:rFonts w:ascii="SutonnyOMJ" w:hAnsi="SutonnyOMJ" w:cs="SutonnyOMJ"/>
        </w:rPr>
        <w:t xml:space="preserve">, </w:t>
      </w:r>
      <w:r w:rsidRPr="00006A05">
        <w:rPr>
          <w:rFonts w:ascii="SutonnyOMJ" w:hAnsi="SutonnyOMJ" w:cs="SutonnyOMJ"/>
          <w:cs/>
          <w:lang w:bidi="bn-IN"/>
        </w:rPr>
        <w:t>যাতে কোনো মৎস্যজীবী পরিবার ক্ষুধার মুখে না পড়ে</w:t>
      </w:r>
      <w:r w:rsidRPr="00006A05">
        <w:rPr>
          <w:rFonts w:ascii="SutonnyOMJ" w:hAnsi="SutonnyOMJ" w:cs="SutonnyOMJ"/>
          <w:cs/>
          <w:lang w:bidi="hi-IN"/>
        </w:rPr>
        <w:t>।</w:t>
      </w:r>
    </w:p>
    <w:p w14:paraId="569FA96F" w14:textId="77777777" w:rsidR="00740900" w:rsidRPr="005653DF" w:rsidRDefault="00740900" w:rsidP="00006A05">
      <w:pPr>
        <w:spacing w:after="0" w:line="240" w:lineRule="auto"/>
        <w:rPr>
          <w:rFonts w:ascii="SutonnyOMJ" w:hAnsi="SutonnyOMJ" w:cs="SutonnyOMJ"/>
          <w:sz w:val="16"/>
          <w:szCs w:val="16"/>
          <w:lang w:bidi="bn-IN"/>
        </w:rPr>
      </w:pPr>
    </w:p>
    <w:p w14:paraId="3F1E00E4" w14:textId="0F9D6B34" w:rsidR="00035DC6" w:rsidRPr="00006A05" w:rsidRDefault="00740900" w:rsidP="00006A05">
      <w:pPr>
        <w:spacing w:after="0" w:line="240" w:lineRule="auto"/>
        <w:rPr>
          <w:rFonts w:ascii="SutonnyOMJ" w:hAnsi="SutonnyOMJ" w:cs="SutonnyOMJ"/>
        </w:rPr>
      </w:pPr>
      <w:proofErr w:type="spellStart"/>
      <w:r>
        <w:rPr>
          <w:rFonts w:ascii="SutonnyOMJ" w:hAnsi="SutonnyOMJ" w:cs="SutonnyOMJ"/>
          <w:lang w:bidi="bn-IN"/>
        </w:rPr>
        <w:t>যোগাযোগ</w:t>
      </w:r>
      <w:proofErr w:type="spellEnd"/>
      <w:r>
        <w:rPr>
          <w:rFonts w:ascii="SutonnyOMJ" w:hAnsi="SutonnyOMJ" w:cs="SutonnyOMJ"/>
          <w:lang w:bidi="bn-IN"/>
        </w:rPr>
        <w:t xml:space="preserve">: </w:t>
      </w:r>
      <w:proofErr w:type="spellStart"/>
      <w:r w:rsidR="005653DF">
        <w:rPr>
          <w:rFonts w:ascii="SutonnyOMJ" w:hAnsi="SutonnyOMJ" w:cs="SutonnyOMJ"/>
          <w:lang w:bidi="bn-IN"/>
        </w:rPr>
        <w:t>মোঃ</w:t>
      </w:r>
      <w:proofErr w:type="spellEnd"/>
      <w:r w:rsidR="00006A05" w:rsidRPr="00006A05">
        <w:rPr>
          <w:rFonts w:ascii="SutonnyOMJ" w:hAnsi="SutonnyOMJ" w:cs="SutonnyOMJ"/>
          <w:cs/>
          <w:lang w:bidi="bn-IN"/>
        </w:rPr>
        <w:t xml:space="preserve"> জাহিদুল ইসলাম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মোবাইল: ০১৭৩১৫০৯৩০১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ইমেইল:</w:t>
      </w:r>
      <w:r w:rsidR="00006A05" w:rsidRPr="00006A05">
        <w:rPr>
          <w:rFonts w:ascii="SutonnyOMJ" w:hAnsi="SutonnyOMJ" w:cs="SutonnyOMJ"/>
        </w:rPr>
        <w:t xml:space="preserve"> </w:t>
      </w:r>
      <w:hyperlink r:id="rId7" w:history="1">
        <w:r w:rsidRPr="00006A05">
          <w:rPr>
            <w:rStyle w:val="Hyperlink"/>
            <w:rFonts w:ascii="SutonnyOMJ" w:hAnsi="SutonnyOMJ" w:cs="SutonnyOMJ"/>
          </w:rPr>
          <w:t>zahid@coastbd.net</w:t>
        </w:r>
      </w:hyperlink>
      <w:r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মোস্তফা কামাল আকন্দ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মোবাইল: ০১৭১১৪৫৫৫৯১</w:t>
      </w:r>
      <w:r w:rsidR="00006A05" w:rsidRPr="00006A05">
        <w:rPr>
          <w:rFonts w:ascii="SutonnyOMJ" w:hAnsi="SutonnyOMJ" w:cs="SutonnyOMJ"/>
        </w:rPr>
        <w:t xml:space="preserve">, </w:t>
      </w:r>
      <w:r w:rsidR="00006A05" w:rsidRPr="00006A05">
        <w:rPr>
          <w:rFonts w:ascii="SutonnyOMJ" w:hAnsi="SutonnyOMJ" w:cs="SutonnyOMJ"/>
          <w:cs/>
          <w:lang w:bidi="bn-IN"/>
        </w:rPr>
        <w:t>ইমেইল:</w:t>
      </w:r>
      <w:r w:rsidR="00006A05" w:rsidRPr="00006A05">
        <w:rPr>
          <w:rFonts w:ascii="SutonnyOMJ" w:hAnsi="SutonnyOMJ" w:cs="SutonnyOMJ"/>
        </w:rPr>
        <w:t xml:space="preserve"> </w:t>
      </w:r>
      <w:hyperlink r:id="rId8" w:history="1">
        <w:r w:rsidRPr="00006A05">
          <w:rPr>
            <w:rStyle w:val="Hyperlink"/>
            <w:rFonts w:ascii="SutonnyOMJ" w:hAnsi="SutonnyOMJ" w:cs="SutonnyOMJ"/>
          </w:rPr>
          <w:t>kamal@coastbd.net</w:t>
        </w:r>
      </w:hyperlink>
      <w:r>
        <w:rPr>
          <w:rFonts w:ascii="SutonnyOMJ" w:hAnsi="SutonnyOMJ" w:cs="SutonnyOMJ"/>
        </w:rPr>
        <w:t xml:space="preserve"> </w:t>
      </w:r>
    </w:p>
    <w:sectPr w:rsidR="00035DC6" w:rsidRPr="00006A05" w:rsidSect="00006A05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utonnyOMJ">
    <w:panose1 w:val="01010600010101010101"/>
    <w:charset w:val="00"/>
    <w:family w:val="auto"/>
    <w:pitch w:val="variable"/>
    <w:sig w:usb0="80018003" w:usb1="00002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6A05"/>
    <w:rsid w:val="00034616"/>
    <w:rsid w:val="00035DC6"/>
    <w:rsid w:val="0006063C"/>
    <w:rsid w:val="000F033A"/>
    <w:rsid w:val="0015074B"/>
    <w:rsid w:val="001B7DCE"/>
    <w:rsid w:val="0029639D"/>
    <w:rsid w:val="00322BE1"/>
    <w:rsid w:val="00326F90"/>
    <w:rsid w:val="003E19BB"/>
    <w:rsid w:val="005653DF"/>
    <w:rsid w:val="00740900"/>
    <w:rsid w:val="00AA1D8D"/>
    <w:rsid w:val="00B2706B"/>
    <w:rsid w:val="00B47730"/>
    <w:rsid w:val="00CB0664"/>
    <w:rsid w:val="00E01E96"/>
    <w:rsid w:val="00E6054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01D89D"/>
  <w14:defaultImageDpi w14:val="300"/>
  <w15:docId w15:val="{1D5082B3-469E-4DF6-8B87-279A4D779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74090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9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mal@coastbd.net" TargetMode="External"/><Relationship Id="rId3" Type="http://schemas.openxmlformats.org/officeDocument/2006/relationships/styles" Target="styles.xml"/><Relationship Id="rId7" Type="http://schemas.openxmlformats.org/officeDocument/2006/relationships/hyperlink" Target="mailto:zahid@coastbd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3560</Characters>
  <Application>Microsoft Office Word</Application>
  <DocSecurity>0</DocSecurity>
  <Lines>48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MUSTAFA KAMAL</cp:lastModifiedBy>
  <cp:revision>2</cp:revision>
  <dcterms:created xsi:type="dcterms:W3CDTF">2025-10-13T10:47:00Z</dcterms:created>
  <dcterms:modified xsi:type="dcterms:W3CDTF">2025-10-13T10:47:00Z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bf981a8a-ee9e-483a-b274-0502eee1d925</vt:lpwstr>
  </property>
</Properties>
</file>